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Herkunft und Handwerk – alle Texte</w:t>
      </w:r>
    </w:p>
    <w:p>
      <w:r>
        <w:rPr>
          <w:color w:val="9A5C00"/>
          <w:sz w:val="18"/>
        </w:rPr>
        <w:t>Kann man eine Region schmecken? · Textbibliothek zur Kistenaktion · Gerald Bartke direkt · Stand: 01.09.2026</w:t>
      </w:r>
    </w:p>
    <w:p>
      <w:r>
        <w:rPr>
          <w:sz w:val="19"/>
        </w:rPr>
        <w:t>Alle Texte erzählen von vier Alpenregionen — Allgäu, Savoyen, Tirol und die Waadtländer Alpen. Werbetext und Pflichtangaben sind getrennt: Die rechtlichen Angaben stehen im letzten Abschnitt und gehören unverändert übernommen. Platzhalter in eckigen Klammern bitte ersetzen.</w:t>
      </w:r>
    </w:p>
    <w:p>
      <w:pPr>
        <w:pStyle w:val="Heading1"/>
      </w:pPr>
      <w:r>
        <w:t>Einzeiler fürs Set</w:t>
      </w:r>
    </w:p>
    <w:p>
      <w:pPr>
        <w:spacing w:after="60"/>
        <w:jc w:val="left"/>
      </w:pPr>
      <w:r>
        <w:t>Rohmilchkäse aus dem Alpenbogen – Allgäu, Savoyen, Tirol und die Waadtländer Alpen. Eine Verkostung, die zeigt, wie Landschaft und Handwerk schmecken.</w:t>
      </w:r>
    </w:p>
    <w:p>
      <w:pPr>
        <w:spacing w:after="60"/>
        <w:jc w:val="left"/>
      </w:pPr>
    </w:p>
    <w:p>
      <w:pPr>
        <w:spacing w:after="60"/>
        <w:jc w:val="left"/>
      </w:pPr>
      <w:r>
        <w:t>Kurzvariante:</w:t>
      </w:r>
    </w:p>
    <w:p>
      <w:pPr>
        <w:spacing w:after="60"/>
        <w:jc w:val="left"/>
      </w:pPr>
      <w:r>
        <w:t>Vier Käse aus dem Alpenbogen – schmecken Sie, wie Herkunft und Handwerk sie prägen.</w:t>
      </w:r>
    </w:p>
    <w:p>
      <w:pPr>
        <w:pStyle w:val="Heading1"/>
      </w:pPr>
      <w:r>
        <w:t>Kurztext für den Shop</w:t>
      </w:r>
    </w:p>
    <w:p>
      <w:pPr>
        <w:spacing w:after="60"/>
        <w:jc w:val="left"/>
      </w:pPr>
      <w:r>
        <w:t>Herkunft und Handwerk – die Degustation</w:t>
      </w:r>
    </w:p>
    <w:p>
      <w:pPr>
        <w:spacing w:after="60"/>
        <w:jc w:val="left"/>
      </w:pPr>
    </w:p>
    <w:p>
      <w:pPr>
        <w:spacing w:after="60"/>
        <w:jc w:val="left"/>
      </w:pPr>
      <w:r>
        <w:t>Rohmilchkäse aus Allgäu, Savoyen, Tirol und den Waadtländer Alpen, ein Experiment für zu Hause: Sie gehören zur selben Käsefamilie – große Laibe, Rohmilch, monatelange Reife. Und doch schmeckt jeder anders. Der Allgäuer Alpkäse kommt aus einer Dorfsennerei, in der seit über 100 Jahren gekäst wird. Die Meule de Savoie reift in einer Talkooperative am Fuß des Dent du Chat. Der Schwarzberger trägt eine mit Rotweinhefe gepflegte Kruste aus dem Tiroler Kaiserwinkl. Und der L’Etivaz AOP darf nur im Alpsommer entstehen, oben auf der Weide, über offenem Holzfeuer. Probiert wird von mild nach kräftig – die Anleitung liegt bei.</w:t>
      </w:r>
    </w:p>
    <w:p>
      <w:pPr>
        <w:spacing w:after="60"/>
        <w:jc w:val="left"/>
      </w:pPr>
    </w:p>
    <w:p>
      <w:pPr>
        <w:spacing w:after="60"/>
        <w:jc w:val="left"/>
      </w:pPr>
      <w:r>
        <w:t>4 Rohmilchkäse · alle bio · [PLATZHALTER: Portionsgröße g je Käse] · inkl. Degustationsblatt</w:t>
      </w:r>
    </w:p>
    <w:p>
      <w:pPr>
        <w:pStyle w:val="Heading1"/>
      </w:pPr>
      <w:r>
        <w:t>Ausführlicher Shoptext</w:t>
      </w:r>
    </w:p>
    <w:p>
      <w:pPr>
        <w:spacing w:after="60"/>
        <w:jc w:val="left"/>
      </w:pPr>
      <w:r>
        <w:t>Herkunft und Handwerk – kann man eine Region schmecken?</w:t>
      </w:r>
    </w:p>
    <w:p>
      <w:pPr>
        <w:spacing w:after="60"/>
        <w:jc w:val="left"/>
      </w:pPr>
    </w:p>
    <w:p>
      <w:pPr>
        <w:spacing w:after="60"/>
        <w:jc w:val="left"/>
      </w:pPr>
      <w:r>
        <w:t>Eine Region schmeckt nicht immer gleich. Sie prägt, wie Käse entsteht: was die Kühe fressen, wo und wann gekäst wird und wie der Laib reift. Bei diesen vier ähnlich gemachten Rohmilchkäsen werden die Unterschiede besonders deutlich.</w:t>
      </w:r>
    </w:p>
    <w:p>
      <w:pPr>
        <w:spacing w:after="60"/>
        <w:jc w:val="left"/>
      </w:pPr>
    </w:p>
    <w:p>
      <w:pPr>
        <w:spacing w:after="60"/>
        <w:jc w:val="left"/>
      </w:pPr>
      <w:r>
        <w:t>Alle vier gehören zur selben Familie: große Laibe aus Rohmilch, erwärmt, gepresst, gesalzen und über Monate gepflegt. So wurde die Sommermilch der Berge haltbar, lange bevor es Kühlung gab. Weil die Machart so ähnlich ist, tritt umso deutlicher hervor, was die Regionen unterscheidet.</w:t>
      </w:r>
    </w:p>
    <w:p>
      <w:pPr>
        <w:spacing w:after="60"/>
        <w:jc w:val="left"/>
      </w:pPr>
    </w:p>
    <w:p>
      <w:pPr>
        <w:spacing w:after="60"/>
        <w:jc w:val="left"/>
      </w:pPr>
      <w:r>
        <w:t>Im Allgäu entsteht der Alpkäse in der genossenschaftlichen Dorf-Sennerei Hopfen – seit über 100 Jahren, im Kupferkessel, mit selbstgezogenen Kulturen. Seine von Hand geschmierte Rinde darf als einzige der vier mitgegessen werden. In Savoyen bündeln die Höfe rund um Yenne ihre Milch seit 1962 in einer Kooperative; das Avant-Pays ist Voralpenland zwischen zwei Seen, kein Alpsömmerungsgebiet. Die Meule wiegt 35 bis 45 Kilogramm und reift bei neun Grad. In Tirol liefern rund 20 Bio-Höfe aus dem Bergdorf Schwendt ihre silagefreie Heumilch an die Dorfsennerei; der Schwarzberger bekommt dort seine urig-schwarze, mit Rotweinhefe gepflegte Kruste. Und in den Waadtländer Alpen darf der L’Etivaz AOP nur zwischen dem 10. Mai und dem 10. Oktober entstehen – direkt auf der Alp, im Kupferkessel über offenem Holzfeuer. Die Milch wird nicht ins Tal gefahren; gekäst wird dort, wo gemolken wird.</w:t>
      </w:r>
    </w:p>
    <w:p>
      <w:pPr>
        <w:spacing w:after="60"/>
        <w:jc w:val="left"/>
      </w:pPr>
    </w:p>
    <w:p>
      <w:pPr>
        <w:spacing w:after="60"/>
        <w:jc w:val="left"/>
      </w:pPr>
      <w:r>
        <w:t>Am meisten Freude macht die Verkostung von mild nach kräftig, mit Wasser und neutralem Brot dazwischen. Das beiliegende Degustationsblatt führt Sie durch alle vier Regionen – mit Platz für Ihre eigenen Eindrücke. Regionale Traditionen sind wiedererkennbar; zugleich bleibt jeder Laib ein Produkt seines Betriebs, seiner Charge und seines Reifeverlaufs.</w:t>
      </w:r>
    </w:p>
    <w:p>
      <w:pPr>
        <w:spacing w:after="60"/>
        <w:jc w:val="left"/>
      </w:pPr>
    </w:p>
    <w:p>
      <w:pPr>
        <w:spacing w:after="60"/>
        <w:jc w:val="left"/>
      </w:pPr>
      <w:r>
        <w:t>Inhalt: 4 Rohmilchkäse, alle bio · [PLATZHALTER: Portionsgröße g je Käse] · inkl. Degustationsblatt</w:t>
      </w:r>
    </w:p>
    <w:p>
      <w:pPr>
        <w:spacing w:after="60"/>
        <w:jc w:val="left"/>
      </w:pPr>
      <w:r>
        <w:t>Hinweis: Aus Rohmilch hergestellt. Mit Kälberlab (nicht vegetarisch).</w:t>
      </w:r>
    </w:p>
    <w:p>
      <w:pPr>
        <w:pStyle w:val="Heading1"/>
      </w:pPr>
      <w:r>
        <w:t>Vier Produktbeschreibungen</w:t>
      </w:r>
    </w:p>
    <w:p>
      <w:pPr>
        <w:spacing w:after="60"/>
        <w:jc w:val="left"/>
      </w:pPr>
      <w:r>
        <w:rPr>
          <w:b/>
          <w:color w:val="424F5C"/>
        </w:rPr>
        <w:t>ALLGÄU · ALLGÄUER ALPKÄSE (DEUTSCHLAND)</w:t>
      </w:r>
    </w:p>
    <w:p>
      <w:pPr>
        <w:spacing w:after="60"/>
        <w:jc w:val="left"/>
      </w:pPr>
    </w:p>
    <w:p>
      <w:pPr>
        <w:spacing w:after="60"/>
        <w:jc w:val="left"/>
      </w:pPr>
      <w:r>
        <w:t>Region: Voralpen und Alpen im Südwesten Bayerns – eine Landschaft, die zu über 70 Prozent aus Weiden besteht und die höchste Alpdichte im ganzen Alpenbogen hat. Regionale Besonderheit: Der Käse entsteht in der genossenschaftlichen Dorf-Sennerei Hopfen bei Stiefenhofen, in der seit über 100 Jahren gekäst wird – täglich rund 10.000 Liter silagefreie Bio-Heumilch, im Kupferkessel, mit selbstgezogenen Milchsäurekulturen. Etwa 300 Liter braucht ein einziger Laib. Danach reift er mindestens fünf Monate, und die Rinde wird von Hand geschmiert. Darauf beim Probieren achten: Butter und Zitrus im Duft, ein würziger Beginn, feine Trüffelnote und ein langer Nachhall. Die Rinde darf mitgegessen werden – als einzige der vier.</w:t>
      </w:r>
    </w:p>
    <w:p>
      <w:pPr>
        <w:spacing w:after="60"/>
        <w:jc w:val="left"/>
      </w:pPr>
    </w:p>
    <w:p>
      <w:pPr>
        <w:spacing w:after="60"/>
        <w:jc w:val="left"/>
      </w:pPr>
      <w:r>
        <w:t>Bio Allgäuer Alpkäse aus Rohmilch · Dorf-Sennerei Hopfen (Baldauf) · mind. 5 Monate gereift</w:t>
      </w:r>
    </w:p>
    <w:p>
      <w:pPr>
        <w:spacing w:after="60"/>
        <w:jc w:val="left"/>
      </w:pPr>
    </w:p>
    <w:p>
      <w:pPr>
        <w:spacing w:after="60"/>
        <w:jc w:val="left"/>
      </w:pPr>
      <w:r>
        <w:rPr>
          <w:b/>
          <w:color w:val="424F5C"/>
        </w:rPr>
        <w:t>SAVOYEN · MEULE DE SAVOIE (FRANKREICH)</w:t>
      </w:r>
    </w:p>
    <w:p>
      <w:pPr>
        <w:spacing w:after="60"/>
        <w:jc w:val="left"/>
      </w:pPr>
    </w:p>
    <w:p>
      <w:pPr>
        <w:spacing w:after="60"/>
        <w:jc w:val="left"/>
      </w:pPr>
      <w:r>
        <w:t>Region: Das Avant-Pays Savoyard am Fuß des Dent du Chat, dem 1.390 Meter hohen Felszahn zwischen Lac d’Aiguebelette und Lac du Bourget – Voralpenland mit Hügeln, Weinbergen und Seen, kein Hochgebirge. Regionale Besonderheit: Savoyen kennt die Genossenschaft als „fruitière“, eine Idee aus dem Jura, die um 1800 hierherkam. Seit 1962 bündeln die Höfe rund um Yenne ihre Milch; sie wird täglich geholt und am selben Tag verkäst. Dick gelegt wird mit der „recuite“, einer hausgemachten Labzubereitung. Die Laibe wiegen 35 bis 45 Kilogramm und reifen bei rund neun Grad, zweimal pro Woche gesalzen, gerieben und gewendet. Darauf beim Probieren achten: ein saftiger, zart schmelzender Teig, feine Nussigkeit mit Gruyère-Anklang und ein milder Nachhall.</w:t>
      </w:r>
    </w:p>
    <w:p>
      <w:pPr>
        <w:spacing w:after="60"/>
        <w:jc w:val="left"/>
      </w:pPr>
    </w:p>
    <w:p>
      <w:pPr>
        <w:spacing w:after="60"/>
        <w:jc w:val="left"/>
      </w:pPr>
      <w:r>
        <w:t>Meule de Savoie aus Rohmilch · Coopérative Laitière de Yenne · mind. 6 Monate gereift</w:t>
      </w:r>
    </w:p>
    <w:p>
      <w:pPr>
        <w:spacing w:after="60"/>
        <w:jc w:val="left"/>
      </w:pPr>
    </w:p>
    <w:p>
      <w:pPr>
        <w:spacing w:after="60"/>
        <w:jc w:val="left"/>
      </w:pPr>
      <w:r>
        <w:rPr>
          <w:b/>
          <w:color w:val="424F5C"/>
        </w:rPr>
        <w:t>TIROL · SCHWARZBERGER (ÖSTERREICH)</w:t>
      </w:r>
    </w:p>
    <w:p>
      <w:pPr>
        <w:spacing w:after="60"/>
        <w:jc w:val="left"/>
      </w:pPr>
    </w:p>
    <w:p>
      <w:pPr>
        <w:spacing w:after="60"/>
        <w:jc w:val="left"/>
      </w:pPr>
      <w:r>
        <w:t>Region: Der Kaiserwinkl in Nordtirol, das Bergdorf Schwendt am Fuß des Wilden Kaisers – das Kaisergebirge nebenan ist seit 1963 Naturschutzgebiet. Regionale Besonderheit: In Tirol ist die Fütterungstradition geltendes Recht geworden. Heumilch ist seit 2016 EU-weit als „garantiert traditionelle Spezialität“ geschützt: mindestens 75 Prozent Raufutter, kein Gärfutter auf dem gesamten Betrieb. Rund 20 Bio-Bauern, fast alle aus dem Dorf selbst, liefern täglich an die Sennerei Danzl; gereift, verpackt und vermarktet wird alles im Haus. Während der rund siebenmonatigen Reife wird die Rinde mit Rotweinhefe gepflegt. Darauf beim Probieren achten: ein kerniger Teig, dunkle und intensive Nussigkeit, ein würziger Nachhall – und außen die urig-schwarze Kruste.</w:t>
      </w:r>
    </w:p>
    <w:p>
      <w:pPr>
        <w:spacing w:after="60"/>
        <w:jc w:val="left"/>
      </w:pPr>
    </w:p>
    <w:p>
      <w:pPr>
        <w:spacing w:after="60"/>
        <w:jc w:val="left"/>
      </w:pPr>
      <w:r>
        <w:t>Schwarzberger aus Rohmilch · Sennerei Danzl, Schwendt in Tirol · mind. 7 Monate gereift</w:t>
      </w:r>
    </w:p>
    <w:p>
      <w:pPr>
        <w:spacing w:after="60"/>
        <w:jc w:val="left"/>
      </w:pPr>
    </w:p>
    <w:p>
      <w:pPr>
        <w:spacing w:after="60"/>
        <w:jc w:val="left"/>
      </w:pPr>
      <w:r>
        <w:rPr>
          <w:b/>
          <w:color w:val="424F5C"/>
        </w:rPr>
        <w:t>WAADTLÄNDER ALPEN · L’ETIVAZ AOP (SCHWEIZ)</w:t>
      </w:r>
    </w:p>
    <w:p>
      <w:pPr>
        <w:spacing w:after="60"/>
        <w:jc w:val="left"/>
      </w:pPr>
    </w:p>
    <w:p>
      <w:pPr>
        <w:spacing w:after="60"/>
        <w:jc w:val="left"/>
      </w:pPr>
      <w:r>
        <w:t>Region: Das Pays-d’Enhaut in den Waadtländer Alpen, mit Alpweiden zwischen 1.000 und 2.000 Metern. Hier lebt die Stufenwirtschaft: Ein Betrieb nutzt eine Kette von Hütten auf verschiedenen Höhen und zieht im Lauf des Sommers mit der Herde weiter. Die UNESCO nahm die Schweizer Alpsaison 2023 in die Liste des immateriellen Kulturerbes auf. Regionale Besonderheit: L’Etivaz darf nur zwischen dem 10. Mai und dem 10. Oktober entstehen, und zwar dort, wo gemolken wird. Die Milch bleibt am Melkort. Gekäst wird im Kupferkessel über offenem Holzfeuer, wie es das AOP-Pflichtenheft vorschreibt; gereift wird gemeinsam im Dorf auf Fichtenbrettern, mindestens 135 Tage. Darauf beim Probieren achten: kräftige Würze, Frucht und Kräuter, feine Nussigkeit – und ein Hauch Rauch.</w:t>
      </w:r>
    </w:p>
    <w:p>
      <w:pPr>
        <w:spacing w:after="60"/>
        <w:jc w:val="left"/>
      </w:pPr>
    </w:p>
    <w:p>
      <w:pPr>
        <w:spacing w:after="60"/>
        <w:jc w:val="left"/>
      </w:pPr>
      <w:r>
        <w:t>L’Etivaz AOP aus Rohmilch · Coopérative de L’Etivaz · nur im Alpsommer über Holzfeuer gekäst</w:t>
      </w:r>
    </w:p>
    <w:p>
      <w:pPr>
        <w:pStyle w:val="Heading1"/>
      </w:pPr>
      <w:r>
        <w:t>Newsletter komplett</w:t>
      </w:r>
    </w:p>
    <w:p>
      <w:pPr>
        <w:spacing w:after="60"/>
        <w:jc w:val="left"/>
      </w:pPr>
      <w:r>
        <w:t>BETREFF: Kann man eine Region schmecken? Vier Alpenkäse geben die Antwort.</w:t>
      </w:r>
    </w:p>
    <w:p>
      <w:pPr>
        <w:spacing w:after="60"/>
        <w:jc w:val="left"/>
      </w:pPr>
      <w:r>
        <w:t>(Alternativen: „Diese Woche: eine Käsereise durch vier Alpenregionen" / „Dorf, Tal oder Alp – schmecken Sie den Unterschied?")</w:t>
      </w:r>
    </w:p>
    <w:p>
      <w:pPr>
        <w:spacing w:after="60"/>
        <w:jc w:val="left"/>
      </w:pPr>
    </w:p>
    <w:p>
      <w:pPr>
        <w:spacing w:after="60"/>
        <w:jc w:val="left"/>
      </w:pPr>
      <w:r>
        <w:t>PREHEADER: Rohmilchkäse aus dem Alpenbogen – die Degustation für Ihre Küche. Jetzt bestellbar bis [PLATZHALTER: Bestellschluss].</w:t>
      </w:r>
    </w:p>
    <w:p>
      <w:pPr>
        <w:spacing w:after="60"/>
        <w:jc w:val="left"/>
      </w:pPr>
    </w:p>
    <w:p>
      <w:pPr>
        <w:spacing w:after="60"/>
        <w:jc w:val="left"/>
      </w:pPr>
      <w:r>
        <w:t>---</w:t>
      </w:r>
    </w:p>
    <w:p>
      <w:pPr>
        <w:spacing w:after="60"/>
        <w:jc w:val="left"/>
      </w:pPr>
    </w:p>
    <w:p>
      <w:pPr>
        <w:spacing w:after="60"/>
        <w:jc w:val="left"/>
      </w:pPr>
      <w:r>
        <w:t>Liebe Kundinnen und Kunden,</w:t>
      </w:r>
    </w:p>
    <w:p>
      <w:pPr>
        <w:spacing w:after="60"/>
        <w:jc w:val="left"/>
      </w:pPr>
    </w:p>
    <w:p>
      <w:pPr>
        <w:spacing w:after="60"/>
        <w:jc w:val="left"/>
      </w:pPr>
      <w:r>
        <w:t>manche Fragen beantwortet man am besten mit Messer und Brot: Schmeckt man eigentlich, wo ein Käse herkommt?</w:t>
      </w:r>
    </w:p>
    <w:p>
      <w:pPr>
        <w:spacing w:after="60"/>
        <w:jc w:val="left"/>
      </w:pPr>
    </w:p>
    <w:p>
      <w:pPr>
        <w:spacing w:after="60"/>
        <w:jc w:val="left"/>
      </w:pPr>
      <w:r>
        <w:t>Für unsere Degustation „Herkunft und Handwerk" haben wir Rohmilchkäse aus dem Allgäu, Savoyen, Tirol und den Waadtländer Alpen ausgewählt. Sie gehören zur selben Käsefamilie und unterscheiden sich gerade in den Details:</w:t>
      </w:r>
    </w:p>
    <w:p>
      <w:pPr>
        <w:spacing w:after="60"/>
        <w:jc w:val="left"/>
      </w:pPr>
    </w:p>
    <w:p>
      <w:pPr>
        <w:spacing w:after="60"/>
        <w:jc w:val="left"/>
      </w:pPr>
      <w:r>
        <w:t>• Allgäu: Allgäuer Alpkäse aus der Dorf-Sennerei Hopfen – Zitrusduft, würziger Beginn, geschmierte Rinde</w:t>
      </w:r>
    </w:p>
    <w:p>
      <w:pPr>
        <w:spacing w:after="60"/>
        <w:jc w:val="left"/>
      </w:pPr>
      <w:r>
        <w:t>• Savoyen: Meule de Savoie vom Fuß des Dent du Chat – saftig, feinnussig, zart schmelzend</w:t>
      </w:r>
    </w:p>
    <w:p>
      <w:pPr>
        <w:spacing w:after="60"/>
        <w:jc w:val="left"/>
      </w:pPr>
      <w:r>
        <w:t>• Tirol: Schwarzberger aus dem Kaiserwinkl – kernig, dunkel nussig, mit Rotweinhefe-Kruste</w:t>
      </w:r>
    </w:p>
    <w:p>
      <w:pPr>
        <w:spacing w:after="60"/>
        <w:jc w:val="left"/>
      </w:pPr>
      <w:r>
        <w:t>• Waadtländer Alpen: L’Etivaz AOP – nur im Alpsommer über offenem Holzfeuer gekäst</w:t>
      </w:r>
    </w:p>
    <w:p>
      <w:pPr>
        <w:spacing w:after="60"/>
        <w:jc w:val="left"/>
      </w:pPr>
    </w:p>
    <w:p>
      <w:pPr>
        <w:spacing w:after="60"/>
        <w:jc w:val="left"/>
      </w:pPr>
      <w:r>
        <w:t>Eine Region schmeckt nicht immer gleich. Sie prägt jedoch, was Landschaft, Futter, Handwerk und Reifung gemeinsam ergeben. Drei der Käse entstehen ganzjährig unten im Dorf oder im Tal. Der L’Etivaz wird nur im Sommer oben auf der Alp gekäst.</w:t>
      </w:r>
    </w:p>
    <w:p>
      <w:pPr>
        <w:spacing w:after="60"/>
        <w:jc w:val="left"/>
      </w:pPr>
    </w:p>
    <w:p>
      <w:pPr>
        <w:spacing w:after="60"/>
        <w:jc w:val="left"/>
      </w:pPr>
      <w:r>
        <w:t>So funktioniert Ihre Verkostung: Probieren Sie von mild nach kräftig, mit einem Schluck Wasser und neutralem Brot dazwischen. Das beiliegende Degustationsblatt führt Sie durch alle vier Regionen – mit Platz für Ihre Notizen. Wer mag, verkostet verdeckt und ordnet die Käse ihren Besonderheiten zu: Wer trägt die geschmierte Rinde? Wer kommt vom Holzfeuer?</w:t>
      </w:r>
    </w:p>
    <w:p>
      <w:pPr>
        <w:spacing w:after="60"/>
        <w:jc w:val="left"/>
      </w:pPr>
    </w:p>
    <w:p>
      <w:pPr>
        <w:spacing w:after="60"/>
        <w:jc w:val="left"/>
      </w:pPr>
      <w:r>
        <w:t>[PLATZHALTER: Angebotsblock der Kiste – Setinhalt, Portionsgrößen, Preis, Bestellschluss, Lieferwoche, Bestell-Link]</w:t>
      </w:r>
    </w:p>
    <w:p>
      <w:pPr>
        <w:spacing w:after="60"/>
        <w:jc w:val="left"/>
      </w:pPr>
    </w:p>
    <w:p>
      <w:pPr>
        <w:spacing w:after="60"/>
        <w:jc w:val="left"/>
      </w:pPr>
      <w:r>
        <w:t>Herzliche Grüße</w:t>
      </w:r>
    </w:p>
    <w:p>
      <w:pPr>
        <w:spacing w:after="60"/>
        <w:jc w:val="left"/>
      </w:pPr>
      <w:r>
        <w:t>[PLATZHALTER: Absender der Abokiste]</w:t>
      </w:r>
    </w:p>
    <w:p>
      <w:pPr>
        <w:spacing w:after="60"/>
        <w:jc w:val="left"/>
      </w:pPr>
    </w:p>
    <w:p>
      <w:pPr>
        <w:spacing w:after="60"/>
        <w:jc w:val="left"/>
      </w:pPr>
      <w:r>
        <w:t>Gut zu wissen: Alle vier Käse sind aus Rohmilch hergestellt und bio-zertifiziert; Allgäuer Alpkäse, Schwarzberger und L’Etivaz sind von Natur aus laktosefrei. Hergestellt mit Kälberlab (nicht vegetarisch). Weitere Produktinformationen: [PLATZHALTER: Link zur Shopseite].</w:t>
      </w:r>
    </w:p>
    <w:p>
      <w:pPr>
        <w:pStyle w:val="Heading1"/>
      </w:pPr>
      <w:r>
        <w:t>Social Media</w:t>
      </w:r>
    </w:p>
    <w:p>
      <w:pPr>
        <w:spacing w:after="60"/>
        <w:jc w:val="left"/>
      </w:pPr>
      <w:r>
        <w:rPr>
          <w:b/>
          <w:color w:val="424F5C"/>
        </w:rPr>
        <w:t>POST 1 · ANKÜNDIGUNG</w:t>
      </w:r>
    </w:p>
    <w:p>
      <w:pPr>
        <w:spacing w:after="60"/>
        <w:jc w:val="left"/>
      </w:pPr>
    </w:p>
    <w:p>
      <w:pPr>
        <w:spacing w:after="60"/>
        <w:jc w:val="left"/>
      </w:pPr>
      <w:r>
        <w:t>Kann man eine Region schmecken? 🧀🏔</w:t>
      </w:r>
    </w:p>
    <w:p>
      <w:pPr>
        <w:spacing w:after="60"/>
        <w:jc w:val="left"/>
      </w:pPr>
    </w:p>
    <w:p>
      <w:pPr>
        <w:spacing w:after="60"/>
        <w:jc w:val="left"/>
      </w:pPr>
      <w:r>
        <w:t>Wir haben die Antwort in Ihre Kiste gepackt: Rohmilchkäse aus Allgäu, Savoyen, Tirol und den Waadtländer Alpen.</w:t>
      </w:r>
    </w:p>
    <w:p>
      <w:pPr>
        <w:spacing w:after="60"/>
        <w:jc w:val="left"/>
      </w:pPr>
    </w:p>
    <w:p>
      <w:pPr>
        <w:spacing w:after="60"/>
        <w:jc w:val="left"/>
      </w:pPr>
      <w:r>
        <w:t>Sie gehören zur selben Käsefamilie. Umso deutlicher werden die Unterschiede: die rotbraun geschmierte Rinde aus der Allgäuer Dorfsennerei, der zart schmelzende Teig vom Fuß des Dent du Chat, die schwarze Rotweinhefe-Kruste aus dem Kaiserwinkl – und der nur im Alpsommer über offenem Holzfeuer gekäste L’Etivaz.</w:t>
      </w:r>
    </w:p>
    <w:p>
      <w:pPr>
        <w:spacing w:after="60"/>
        <w:jc w:val="left"/>
      </w:pPr>
    </w:p>
    <w:p>
      <w:pPr>
        <w:spacing w:after="60"/>
        <w:jc w:val="left"/>
      </w:pPr>
      <w:r>
        <w:t>Probiert wird von mild nach kräftig – das Degustationsblatt mit allen Infos liegt bei.</w:t>
      </w:r>
    </w:p>
    <w:p>
      <w:pPr>
        <w:spacing w:after="60"/>
        <w:jc w:val="left"/>
      </w:pPr>
    </w:p>
    <w:p>
      <w:pPr>
        <w:spacing w:after="60"/>
        <w:jc w:val="left"/>
      </w:pPr>
      <w:r>
        <w:t>📦 Bestellbar bis [PLATZHALTER: Bestellschluss] · geliefert ab [PLATZHALTER: Lieferwoche]</w:t>
      </w:r>
    </w:p>
    <w:p>
      <w:pPr>
        <w:spacing w:after="60"/>
        <w:jc w:val="left"/>
      </w:pPr>
    </w:p>
    <w:p>
      <w:pPr>
        <w:spacing w:after="60"/>
        <w:jc w:val="left"/>
      </w:pPr>
      <w:r>
        <w:t>#käsedegustation #rohmilchkäse #biokäse #alpkäse #allgäu #savoyen #tirol #letivaz #käseliebe #abokiste [PLATZHALTER: eigene Hashtags]</w:t>
      </w:r>
    </w:p>
    <w:p>
      <w:pPr>
        <w:spacing w:after="60"/>
        <w:jc w:val="left"/>
      </w:pPr>
    </w:p>
    <w:p>
      <w:pPr>
        <w:spacing w:after="60"/>
        <w:jc w:val="left"/>
      </w:pPr>
      <w:r>
        <w:rPr>
          <w:b/>
          <w:color w:val="424F5C"/>
        </w:rPr>
        <w:t>POST 2 · KURZ / STORY</w:t>
      </w:r>
    </w:p>
    <w:p>
      <w:pPr>
        <w:spacing w:after="60"/>
        <w:jc w:val="left"/>
      </w:pPr>
    </w:p>
    <w:p>
      <w:pPr>
        <w:spacing w:after="60"/>
        <w:jc w:val="left"/>
      </w:pPr>
      <w:r>
        <w:t>Vier Alpenregionen, ein Käsebrett 🗺</w:t>
      </w:r>
    </w:p>
    <w:p>
      <w:pPr>
        <w:spacing w:after="60"/>
        <w:jc w:val="left"/>
      </w:pPr>
      <w:r>
        <w:t>Allgäu · Savoyen · Tirol · Waadtländer Alpen</w:t>
      </w:r>
    </w:p>
    <w:p>
      <w:pPr>
        <w:spacing w:after="60"/>
        <w:jc w:val="left"/>
      </w:pPr>
      <w:r>
        <w:t>Die Degustation für zu Hause – jetzt in der Kiste.</w:t>
      </w:r>
    </w:p>
    <w:p>
      <w:pPr>
        <w:spacing w:after="60"/>
        <w:jc w:val="left"/>
      </w:pPr>
      <w:r>
        <w:t>👉 Bestellschluss: [PLATZHALTER]</w:t>
      </w:r>
    </w:p>
    <w:p>
      <w:pPr>
        <w:spacing w:after="60"/>
        <w:jc w:val="left"/>
      </w:pPr>
    </w:p>
    <w:p>
      <w:pPr>
        <w:spacing w:after="60"/>
        <w:jc w:val="left"/>
      </w:pPr>
      <w:r>
        <w:rPr>
          <w:b/>
          <w:color w:val="424F5C"/>
        </w:rPr>
        <w:t>POST 3 · NACH DER AKTION</w:t>
      </w:r>
    </w:p>
    <w:p>
      <w:pPr>
        <w:spacing w:after="60"/>
        <w:jc w:val="left"/>
      </w:pPr>
    </w:p>
    <w:p>
      <w:pPr>
        <w:spacing w:after="60"/>
        <w:jc w:val="left"/>
      </w:pPr>
      <w:r>
        <w:t>Welcher Käse war euer Favorit? 🏔</w:t>
      </w:r>
    </w:p>
    <w:p>
      <w:pPr>
        <w:spacing w:after="60"/>
        <w:jc w:val="left"/>
      </w:pPr>
    </w:p>
    <w:p>
      <w:pPr>
        <w:spacing w:after="60"/>
        <w:jc w:val="left"/>
      </w:pPr>
      <w:r>
        <w:t>Vergangene Woche haben viele von euch die vier Alpenregionen verkostet – von der Allgäuer Dorfsennerei bis zum Holzfeuer auf der Waadtländer Alp. Jetzt sind wir neugierig:</w:t>
      </w:r>
    </w:p>
    <w:p>
      <w:pPr>
        <w:spacing w:after="60"/>
        <w:jc w:val="left"/>
      </w:pPr>
    </w:p>
    <w:p>
      <w:pPr>
        <w:spacing w:after="60"/>
        <w:jc w:val="left"/>
      </w:pPr>
      <w:r>
        <w:t>Welcher Käse hat euch am meisten überrascht? Hättet ihr erkannt, welcher nur im Alpsommer entstehen kann?</w:t>
      </w:r>
    </w:p>
    <w:p>
      <w:pPr>
        <w:spacing w:after="60"/>
        <w:jc w:val="left"/>
      </w:pPr>
    </w:p>
    <w:p>
      <w:pPr>
        <w:spacing w:after="60"/>
        <w:jc w:val="left"/>
      </w:pPr>
      <w:r>
        <w:t>Schreibt es uns in die Kommentare! 👇</w:t>
      </w:r>
    </w:p>
    <w:p>
      <w:pPr>
        <w:pStyle w:val="Heading1"/>
      </w:pPr>
      <w:r>
        <w:t>Verkostungsanleitung</w:t>
      </w:r>
    </w:p>
    <w:p>
      <w:pPr>
        <w:spacing w:after="60"/>
        <w:jc w:val="left"/>
      </w:pPr>
      <w:r>
        <w:rPr>
          <w:b/>
          <w:color w:val="424F5C"/>
        </w:rPr>
        <w:t>SO GELINGT IHRE KÄSEREISE DURCH VIER ALPENREGIONEN</w:t>
      </w:r>
    </w:p>
    <w:p>
      <w:pPr>
        <w:spacing w:after="60"/>
        <w:jc w:val="left"/>
      </w:pPr>
    </w:p>
    <w:p>
      <w:pPr>
        <w:spacing w:after="60"/>
        <w:jc w:val="left"/>
      </w:pPr>
      <w:r>
        <w:t>Das brauchen Sie: die vier Käse, ein scharfes Messer, neutrales Brot oder Baguette, stilles Wasser – und 30 Minuten Zeit ohne Eile.</w:t>
      </w:r>
    </w:p>
    <w:p>
      <w:pPr>
        <w:spacing w:after="60"/>
        <w:jc w:val="left"/>
      </w:pPr>
    </w:p>
    <w:p>
      <w:pPr>
        <w:spacing w:after="60"/>
        <w:jc w:val="left"/>
      </w:pPr>
      <w:r>
        <w:t>Worum es geht: eine Spurensuche. Was am Käse verrät die Landschaft, was das Handwerk?</w:t>
      </w:r>
    </w:p>
    <w:p>
      <w:pPr>
        <w:spacing w:after="60"/>
        <w:jc w:val="left"/>
      </w:pPr>
    </w:p>
    <w:p>
      <w:pPr>
        <w:spacing w:after="60"/>
        <w:jc w:val="left"/>
      </w:pPr>
      <w:r>
        <w:t>1. Temperieren. Nehmen Sie die Käse 30–60 Minuten vor der Verkostung aus dem Kühlschrank. Erst bei Zimmertemperatur öffnen sich die Aromen.</w:t>
      </w:r>
    </w:p>
    <w:p>
      <w:pPr>
        <w:spacing w:after="60"/>
        <w:jc w:val="left"/>
      </w:pPr>
      <w:r>
        <w:t>2. Von mild nach kräftig. Probieren Sie in dieser Reihenfolge: Allgäu, Savoyen, Tirol, Waadtländer Alpen. So überdeckt der Kräftige nicht den Feinen.</w:t>
      </w:r>
    </w:p>
    <w:p>
      <w:pPr>
        <w:spacing w:after="60"/>
        <w:jc w:val="left"/>
      </w:pPr>
      <w:r>
        <w:t>3. Erst die Rinde ansehen. Vergleichen Sie die Pflege: von Hand rotbraun geschmiert (Allgäu), hell und trocken gebürstet (Savoyen), mit Rotweinhefe geschwärzt (Tirol), auf Fichtenbrettern gereift (Waadt). Jede Rinde erzählt, wie ihr Käse gepflegt wurde.</w:t>
      </w:r>
    </w:p>
    <w:p>
      <w:pPr>
        <w:spacing w:after="60"/>
        <w:jc w:val="left"/>
      </w:pPr>
      <w:r>
        <w:t>4. Riechen, dann schmecken. Halten Sie das Stück kurz unter die Nase, dann einen Moment auf der Zunge schmelzen lassen. Achten Sie auf Süße, Nussigkeit, Würze und Nachhall – und überlegen Sie: Schmecke ich eher Wiese, Keller oder Alp?</w:t>
      </w:r>
    </w:p>
    <w:p>
      <w:pPr>
        <w:spacing w:after="60"/>
        <w:jc w:val="left"/>
      </w:pPr>
      <w:r>
        <w:t>5. Zuordnen statt raten. Welcher Käse könnte ganzjährig unten im Dorf entstanden sein – und welcher nur im Alpsommer oben auf der Weide? Was gehört zur regionalen Tradition, was zum einzelnen Betrieb?</w:t>
      </w:r>
    </w:p>
    <w:p>
      <w:pPr>
        <w:spacing w:after="60"/>
        <w:jc w:val="left"/>
      </w:pPr>
      <w:r>
        <w:t>6. Neutralisieren. Zwischen den Regionen ein Schluck Wasser und ein Bissen Brot – dann ist der Gaumen bereit für die nächste.</w:t>
      </w:r>
    </w:p>
    <w:p>
      <w:pPr>
        <w:spacing w:after="60"/>
        <w:jc w:val="left"/>
      </w:pPr>
    </w:p>
    <w:p>
      <w:pPr>
        <w:spacing w:after="60"/>
        <w:jc w:val="left"/>
      </w:pPr>
      <w:r>
        <w:t>Variante für Spielfreudige: Verkosten Sie verdeckt. Eine Person nummeriert die Stücke, die anderen probieren ohne Angabe. Ordnen Sie die Käse ihren regionalen und handwerklichen Besonderheiten zu: Wer trägt die geschmierte Rinde? Wer kommt vom Holzfeuer? Wer stammt aus einer Talkooperative?</w:t>
      </w:r>
    </w:p>
    <w:p>
      <w:pPr>
        <w:spacing w:after="60"/>
        <w:jc w:val="left"/>
      </w:pPr>
    </w:p>
    <w:p>
      <w:pPr>
        <w:spacing w:after="60"/>
        <w:jc w:val="left"/>
      </w:pPr>
      <w:r>
        <w:t>Was dazu passt: Für den direkten Vergleich eignet sich stilles Wasser am besten. Wer mag, reicht danach einen trockenen Weißwein oder milden Schwarztee – beides hebt die Nussaromen. Beim Brot gilt: je neutraler, desto besser.</w:t>
      </w:r>
    </w:p>
    <w:p>
      <w:pPr>
        <w:spacing w:after="60"/>
        <w:jc w:val="left"/>
      </w:pPr>
    </w:p>
    <w:p>
      <w:pPr>
        <w:spacing w:after="60"/>
        <w:jc w:val="left"/>
      </w:pPr>
      <w:r>
        <w:t>Übrigens: Alle vier tragen eine Naturrinde ohne Beschichtung. Essbar sind sie damit grundsätzlich – wir empfehlen es trotzdem nicht, weil die Rinde der hygienische Übergangsbereich ist. Sparsam wegschneiden genügt.</w:t>
      </w:r>
    </w:p>
    <w:p>
      <w:pPr>
        <w:pStyle w:val="Heading1"/>
      </w:pPr>
      <w:r>
        <w:t>FAQ für Kundenfragen</w:t>
      </w:r>
    </w:p>
    <w:p>
      <w:pPr>
        <w:spacing w:after="60"/>
        <w:jc w:val="left"/>
      </w:pPr>
      <w:r>
        <w:rPr>
          <w:b/>
          <w:color w:val="424F5C"/>
        </w:rPr>
        <w:t>FAQ ZUR DEGUSTATION „HERKUNFT UND HANDWERK"</w:t>
      </w:r>
    </w:p>
    <w:p>
      <w:pPr>
        <w:spacing w:after="60"/>
        <w:jc w:val="left"/>
      </w:pPr>
    </w:p>
    <w:p>
      <w:pPr>
        <w:spacing w:after="60"/>
        <w:jc w:val="left"/>
      </w:pPr>
      <w:r>
        <w:t>Kann man eine Region wirklich schmecken?</w:t>
      </w:r>
    </w:p>
    <w:p>
      <w:pPr>
        <w:spacing w:after="60"/>
        <w:jc w:val="left"/>
      </w:pPr>
      <w:r>
        <w:t>Ja, als Zusammenspiel mehrerer Einflüsse. Landschaft und Futter prägen die Milch; Ort, Jahreszeit, Handwerk und Reifung formen den Laib weiter. Regionale Traditionen werden so wiedererkennbar. Jeder Käse bleibt zugleich ein Produkt seines Betriebs, seiner Charge und seines Reifeverlaufs.</w:t>
      </w:r>
    </w:p>
    <w:p>
      <w:pPr>
        <w:spacing w:after="60"/>
        <w:jc w:val="left"/>
      </w:pPr>
    </w:p>
    <w:p>
      <w:pPr>
        <w:spacing w:after="60"/>
        <w:jc w:val="left"/>
      </w:pPr>
      <w:r>
        <w:t>Warum schmecken die vier Käse so unterschiedlich – es ist doch dieselbe Käsefamilie?</w:t>
      </w:r>
    </w:p>
    <w:p>
      <w:pPr>
        <w:spacing w:after="60"/>
        <w:jc w:val="left"/>
      </w:pPr>
      <w:r>
        <w:t>Genau das ist das Experiment. Alle vier sind alpine Hartkäse aus Rohmilch, große Laibe, monatelang gereift. Was sie unterscheidet: wo und wann gekäst wird. Drei entstehen ganzjährig unten im Dorf oder im Tal, der L’Etivaz nur im Alpsommer oben auf der Weide. Dazu kommen Fütterung, hauseigene Kulturen, Rindenpflege und Reifedauer.</w:t>
      </w:r>
    </w:p>
    <w:p>
      <w:pPr>
        <w:spacing w:after="60"/>
        <w:jc w:val="left"/>
      </w:pPr>
    </w:p>
    <w:p>
      <w:pPr>
        <w:spacing w:after="60"/>
        <w:jc w:val="left"/>
      </w:pPr>
      <w:r>
        <w:t>Was heißt eigentlich „Alpkäse"?</w:t>
      </w:r>
    </w:p>
    <w:p>
      <w:pPr>
        <w:spacing w:after="60"/>
        <w:jc w:val="left"/>
      </w:pPr>
      <w:r>
        <w:t>Im engen Wortsinn ist Alpkäse ein Käse, der im Sommer oben auf der Alp entsteht, aus der Milch der dort weidenden Kühe – so wie der L’Etivaz, der nur vom 10. Mai bis zum 10. Oktober gekäst werden darf. Daneben tragen auch Käse aus den Dorfsennereien der Bergregionen diesen Namen, wie unser Allgäuer Alpkäse. Beides ist üblich; es beschreibt nur nicht dasselbe.</w:t>
      </w:r>
    </w:p>
    <w:p>
      <w:pPr>
        <w:spacing w:after="60"/>
        <w:jc w:val="left"/>
      </w:pPr>
    </w:p>
    <w:p>
      <w:pPr>
        <w:spacing w:after="60"/>
        <w:jc w:val="left"/>
      </w:pPr>
      <w:r>
        <w:t>Rohmilch – was heißt das, und was bringt sie?</w:t>
      </w:r>
    </w:p>
    <w:p>
      <w:pPr>
        <w:spacing w:after="60"/>
        <w:jc w:val="left"/>
      </w:pPr>
      <w:r>
        <w:t>Die Milch wird vor dem Verkäsen nicht erhitzt. Sie bringt dadurch eine vielfältige Mikroflora mit, die von Tierhaltung, Fütterung, Umgebung und Verarbeitung beeinflusst ist. Gemeinsam mit den zugesetzten Kulturen, dem Käseverfahren und der Reifung trägt sie zum individuellen Charakter eines Käses bei. Rohmilchkäse ist bei uns immer gekennzeichnet.</w:t>
      </w:r>
    </w:p>
    <w:p>
      <w:pPr>
        <w:spacing w:after="60"/>
        <w:jc w:val="left"/>
      </w:pPr>
    </w:p>
    <w:p>
      <w:pPr>
        <w:spacing w:after="60"/>
        <w:jc w:val="left"/>
      </w:pPr>
      <w:r>
        <w:t>Ich bin schwanger – darf ich mitprobieren?</w:t>
      </w:r>
    </w:p>
    <w:p>
      <w:pPr>
        <w:spacing w:after="60"/>
        <w:jc w:val="left"/>
      </w:pPr>
      <w:r>
        <w:t>Wir empfehlen Vorsicht: Schwangeren wird generell geraten, auf Rohmilchkäse zu verzichten. Alle vier sind lang gereifte Hartkäse, bei denen das Risiko als deutlich geringer gilt als bei weichen Rohmilchkäsen – eine pauschale Entwarnung können und wollen wir aber nicht geben. Bitte sprechen Sie im Zweifel mit Ihrer Ärztin oder Ihrem Arzt. Gleiches gilt für kleine Kinder und immungeschwächte Personen.</w:t>
      </w:r>
    </w:p>
    <w:p>
      <w:pPr>
        <w:spacing w:after="60"/>
        <w:jc w:val="left"/>
      </w:pPr>
    </w:p>
    <w:p>
      <w:pPr>
        <w:spacing w:after="60"/>
        <w:jc w:val="left"/>
      </w:pPr>
      <w:r>
        <w:t>Sind die Käse vegetarisch?</w:t>
      </w:r>
    </w:p>
    <w:p>
      <w:pPr>
        <w:spacing w:after="60"/>
        <w:jc w:val="left"/>
      </w:pPr>
      <w:r>
        <w:t>Nein. Alle vier werden traditionell mit Kälberlab hergestellt und sind damit nicht vegetarisch.</w:t>
      </w:r>
    </w:p>
    <w:p>
      <w:pPr>
        <w:spacing w:after="60"/>
        <w:jc w:val="left"/>
      </w:pPr>
    </w:p>
    <w:p>
      <w:pPr>
        <w:spacing w:after="60"/>
        <w:jc w:val="left"/>
      </w:pPr>
      <w:r>
        <w:t>Ich vertrage keine Laktose – sind die Käse etwas für mich?</w:t>
      </w:r>
    </w:p>
    <w:p>
      <w:pPr>
        <w:spacing w:after="60"/>
        <w:jc w:val="left"/>
      </w:pPr>
      <w:r>
        <w:t>Drei der vier sind von Natur aus laktosefrei: Allgäuer Alpkäse, Schwarzberger und L’Etivaz. Für die Meule de Savoie liegt uns keine Laktosefrei-Angabe vor; bei mindestens sechs Monaten Reife ist der Restgehalt aber auch dort sehr gering.</w:t>
      </w:r>
    </w:p>
    <w:p>
      <w:pPr>
        <w:spacing w:after="60"/>
        <w:jc w:val="left"/>
      </w:pPr>
    </w:p>
    <w:p>
      <w:pPr>
        <w:spacing w:after="60"/>
        <w:jc w:val="left"/>
      </w:pPr>
      <w:r>
        <w:t>Kann ich die Rinden mitessen?</w:t>
      </w:r>
    </w:p>
    <w:p>
      <w:pPr>
        <w:spacing w:after="60"/>
        <w:jc w:val="left"/>
      </w:pPr>
      <w:r>
        <w:t>Alle vier tragen eine Naturrinde ohne Beschichtung – es ist also nichts darauf, was nicht auf Käse gehört. Essbar sind sie damit grundsätzlich. Wir empfehlen es trotzdem nicht: Die Rinde ist der hygienische Übergangsbereich zwischen Laib und Lager. Sparsam wegschneiden genügt, denn direkt unter der Rinde sitzen oft die interessantesten Aromen.</w:t>
      </w:r>
    </w:p>
    <w:p>
      <w:pPr>
        <w:spacing w:after="60"/>
        <w:jc w:val="left"/>
      </w:pPr>
    </w:p>
    <w:p>
      <w:pPr>
        <w:spacing w:after="60"/>
        <w:jc w:val="left"/>
      </w:pPr>
      <w:r>
        <w:t>Was ist das Schwarze am Schwarzberger?</w:t>
      </w:r>
    </w:p>
    <w:p>
      <w:pPr>
        <w:spacing w:after="60"/>
        <w:jc w:val="left"/>
      </w:pPr>
      <w:r>
        <w:t>Seine Rinde wird während der Reifung mit Rotweinhefe gepflegt – daher die urig-schwarze, rissfreie Kruste. Sie schützt den Teig und prägt den Charakter. Wie bei den anderen drei gilt: sparsam wegschneiden.</w:t>
      </w:r>
    </w:p>
    <w:p>
      <w:pPr>
        <w:spacing w:after="60"/>
        <w:jc w:val="left"/>
      </w:pPr>
    </w:p>
    <w:p>
      <w:pPr>
        <w:spacing w:after="60"/>
        <w:jc w:val="left"/>
      </w:pPr>
      <w:r>
        <w:t>Was bedeutet AOP beim L’Etivaz?</w:t>
      </w:r>
    </w:p>
    <w:p>
      <w:pPr>
        <w:spacing w:after="60"/>
        <w:jc w:val="left"/>
      </w:pPr>
      <w:r>
        <w:t>AOP steht für „Appellation d'Origine Protégée", geschützte Ursprungsbezeichnung. L’Etivaz AOP darf nur auf den Alpen des Pays-d'Enhaut zwischen 1.000 und 2.000 Metern entstehen, nur vom 10. Mai bis zum 10. Oktober, aus Rohmilch, im Kupferkessel über Holzfeuer. Die Milch wird nicht ins Tal transportiert – gekäst wird dort, wo gemolken wird.</w:t>
      </w:r>
    </w:p>
    <w:p>
      <w:pPr>
        <w:spacing w:after="60"/>
        <w:jc w:val="left"/>
      </w:pPr>
    </w:p>
    <w:p>
      <w:pPr>
        <w:spacing w:after="60"/>
        <w:jc w:val="left"/>
      </w:pPr>
      <w:r>
        <w:t>Und die anderen drei – sind die auch geschützt?</w:t>
      </w:r>
    </w:p>
    <w:p>
      <w:pPr>
        <w:spacing w:after="60"/>
        <w:jc w:val="left"/>
      </w:pPr>
      <w:r>
        <w:t>Für „Allgäuer Alpkäse", „Meule de Savoie" und „Schwarzberger" bestehen keine geschützten Ursprungsbezeichnungen. Ihre Herkunft wird über Ort und Betrieb erzählt. In denselben Regionen gibt es geschützte Bezeichnungen – etwa Allgäuer Bergkäse g.U. oder Tomme de Savoie IGP.</w:t>
      </w:r>
    </w:p>
    <w:p>
      <w:pPr>
        <w:spacing w:after="60"/>
        <w:jc w:val="left"/>
      </w:pPr>
    </w:p>
    <w:p>
      <w:pPr>
        <w:spacing w:after="60"/>
        <w:jc w:val="left"/>
      </w:pPr>
      <w:r>
        <w:t>Wie bewahre ich die Käse auf – und wie lange?</w:t>
      </w:r>
    </w:p>
    <w:p>
      <w:pPr>
        <w:spacing w:after="60"/>
        <w:jc w:val="left"/>
      </w:pPr>
      <w:r>
        <w:t>Gekühlt lagern, am besten im Gemüsefach, jedes Stück einzeln in Käse- oder Wachspapier (kein luftdichtes Plastik). So halten sich die Stücke gut [PLATZHALTER: Haltbarkeitsangabe der Kiste]. Vor dem Essen 30–60 Minuten Zimmertemperatur gönnen. Angetrocknete Schnittflächen einfach dünn abschneiden.</w:t>
      </w:r>
    </w:p>
    <w:p>
      <w:pPr>
        <w:spacing w:after="60"/>
        <w:jc w:val="left"/>
      </w:pPr>
    </w:p>
    <w:p>
      <w:pPr>
        <w:spacing w:after="60"/>
        <w:jc w:val="left"/>
      </w:pPr>
      <w:r>
        <w:t>Muss ich alle vier an einem Abend probieren?</w:t>
      </w:r>
    </w:p>
    <w:p>
      <w:pPr>
        <w:spacing w:after="60"/>
        <w:jc w:val="left"/>
      </w:pPr>
      <w:r>
        <w:t>Nein – aber der direkte Vergleich ist das eigentliche Erlebnis. Unser Vorschlag: die große Runde am ersten Abend, danach bleiben die Lieblinge für die Brotzeit.</w:t>
      </w:r>
    </w:p>
    <w:p>
      <w:pPr>
        <w:pStyle w:val="Heading1"/>
      </w:pPr>
      <w:r>
        <w:t>Die Leitfrage (kurz)</w:t>
      </w:r>
    </w:p>
    <w:p>
      <w:pPr>
        <w:spacing w:after="60"/>
        <w:jc w:val="left"/>
      </w:pPr>
      <w:r>
        <w:rPr>
          <w:b/>
          <w:color w:val="424F5C"/>
        </w:rPr>
        <w:t>KANN MAN EINE REGION SCHMECKEN?</w:t>
      </w:r>
    </w:p>
    <w:p>
      <w:pPr>
        <w:spacing w:after="60"/>
        <w:jc w:val="left"/>
      </w:pPr>
    </w:p>
    <w:p>
      <w:pPr>
        <w:spacing w:after="60"/>
        <w:jc w:val="left"/>
      </w:pPr>
      <w:r>
        <w:t>Eine Region schmeckt nicht immer gleich. Sie prägt, wie Käse entsteht: was die Kühe fressen, wo und wann gekäst wird und wie der Laib reift. Bei ähnlich gemachten Rohmilchkäsen werden diese Unterschiede besonders deutlich.</w:t>
      </w:r>
    </w:p>
    <w:p>
      <w:pPr>
        <w:spacing w:after="60"/>
        <w:jc w:val="left"/>
      </w:pPr>
    </w:p>
    <w:p>
      <w:pPr>
        <w:spacing w:after="60"/>
        <w:jc w:val="left"/>
      </w:pPr>
      <w:r>
        <w:t>Alle vier Käse dieser Runde gehören zur selben Familie: große Laibe aus Rohmilch, erwärmt, gepresst, gesalzen, über Monate gepflegt. So wurde die Sommermilch der Berge haltbar, lange bevor es Kühlung gab. Weil die Machart so ähnlich ist, tritt umso deutlicher hervor, was die Regionen unterscheidet.</w:t>
      </w:r>
    </w:p>
    <w:p>
      <w:pPr>
        <w:spacing w:after="60"/>
        <w:jc w:val="left"/>
      </w:pPr>
    </w:p>
    <w:p>
      <w:pPr>
        <w:spacing w:after="60"/>
        <w:jc w:val="left"/>
      </w:pPr>
      <w:r>
        <w:t>Vor allem eines: wo und wann gekäst wird. Drei der vier entstehen ganzjährig unten im Dorf oder im Tal – die Milch der umliegenden Höfe wird täglich frisch verarbeitet. Der L’Etivaz dagegen entsteht ausschließlich im Alpsommer, oben auf der Weide, über offenem Holzfeuer.</w:t>
      </w:r>
    </w:p>
    <w:p>
      <w:pPr>
        <w:spacing w:after="60"/>
        <w:jc w:val="left"/>
      </w:pPr>
    </w:p>
    <w:p>
      <w:pPr>
        <w:spacing w:after="60"/>
        <w:jc w:val="left"/>
      </w:pPr>
      <w:r>
        <w:t>Regionale Traditionen sind wiedererkennbar. Trotzdem bleibt jeder Laib ein Produkt seines Betriebs, seiner Charge und seines Reifeverlaufs.</w:t>
      </w:r>
    </w:p>
    <w:p>
      <w:pPr>
        <w:pStyle w:val="Heading1"/>
      </w:pPr>
      <w:r>
        <w:t>Die Leitfrage (lang)</w:t>
      </w:r>
    </w:p>
    <w:p>
      <w:pPr>
        <w:spacing w:after="60"/>
        <w:jc w:val="left"/>
      </w:pPr>
      <w:r>
        <w:rPr>
          <w:b/>
          <w:color w:val="424F5C"/>
        </w:rPr>
        <w:t>KANN MAN EINE REGION SCHMECKEN? – DIE GANZE GESCHICHTE</w:t>
      </w:r>
    </w:p>
    <w:p>
      <w:pPr>
        <w:spacing w:after="60"/>
        <w:jc w:val="left"/>
      </w:pPr>
    </w:p>
    <w:p>
      <w:pPr>
        <w:spacing w:after="60"/>
        <w:jc w:val="left"/>
      </w:pPr>
      <w:r>
        <w:t>Dieselbe Aufgabe, vier Antworten</w:t>
      </w:r>
    </w:p>
    <w:p>
      <w:pPr>
        <w:spacing w:after="60"/>
        <w:jc w:val="left"/>
      </w:pPr>
    </w:p>
    <w:p>
      <w:pPr>
        <w:spacing w:after="60"/>
        <w:jc w:val="left"/>
      </w:pPr>
      <w:r>
        <w:t>Überall in den Alpen stand dieselbe Aufgabe: Im Sommer gibt es viel Milch, im Winter wenig. Aus der Sommermilch musste etwas werden, das den Winter übersteht – ein großer, harter Laib. Nur: Für einen solchen Laib hat kein einzelner Hof genug Milch. Jede Region hat darauf eine eigene Antwort gefunden, und diese Antworten kann man bis heute schmecken.</w:t>
      </w:r>
    </w:p>
    <w:p>
      <w:pPr>
        <w:spacing w:after="60"/>
        <w:jc w:val="left"/>
      </w:pPr>
    </w:p>
    <w:p>
      <w:pPr>
        <w:spacing w:after="60"/>
        <w:jc w:val="left"/>
      </w:pPr>
      <w:r>
        <w:t>Vier Wege durch den Alpenbogen</w:t>
      </w:r>
    </w:p>
    <w:p>
      <w:pPr>
        <w:spacing w:after="60"/>
        <w:jc w:val="left"/>
      </w:pPr>
    </w:p>
    <w:p>
      <w:pPr>
        <w:spacing w:after="60"/>
        <w:jc w:val="left"/>
      </w:pPr>
      <w:r>
        <w:t>Im Allgäu wurde zwischen 1769 und 1806 die Flur neu geordnet – die „Vereinödung" legte Kleinparzellen zu großen Höfen zusammen. Dann kam das Wissen von außen: Ab 1821 holten Händler Sennen aus dem Emmental, ab 1828 brachte Carl Hirnbein die Weichkäserei aus den Niederlanden mit, und die Bahn öffnete ab 1851 die Märkte. Schon 1852 galt die Region als „die Käseküche Deutschlands". Aus Hauskäsereien wurden Dorfsennereien – und in einer von ihnen, der Sennerei Hopfen, wird bis heute gekäst.</w:t>
      </w:r>
    </w:p>
    <w:p>
      <w:pPr>
        <w:spacing w:after="60"/>
        <w:jc w:val="left"/>
      </w:pPr>
    </w:p>
    <w:p>
      <w:pPr>
        <w:spacing w:after="60"/>
        <w:jc w:val="left"/>
      </w:pPr>
      <w:r>
        <w:t>Savoyen kennt die Genossenschaft unter einem eigenen Namen: „fruitière", vom gemeinsamen Ertrag. Die Idee stammt aus dem Jura, wo sie bis ins 13. Jahrhundert zurückreicht, und kam um 1800 nach Savoyen. Das Avant-Pays rund um Yenne ist Voralpenland – Hügel zwischen zwei Seen, Weinberge, die Rhône. Talwirtschaft mit Weidegang prägt diese Gegend.</w:t>
      </w:r>
    </w:p>
    <w:p>
      <w:pPr>
        <w:spacing w:after="60"/>
        <w:jc w:val="left"/>
      </w:pPr>
    </w:p>
    <w:p>
      <w:pPr>
        <w:spacing w:after="60"/>
        <w:jc w:val="left"/>
      </w:pPr>
      <w:r>
        <w:t>In Tirol ist aus der Fütterungstradition geltendes Recht geworden. Heumilch ist seit 2016 EU-weit als „garantiert traditionelle Spezialität" geschützt, mit einem prüfbaren Regelwerk: mindestens 75 Prozent Raufutter, kein Gärfutter auf dem gesamten Betrieb. 2023 erkannte die Welternährungsorganisation FAO die Heumilchwirtschaft im österreichischen Alpenbogen als landwirtschaftliches Kulturerbe von globaler Bedeutung an.</w:t>
      </w:r>
    </w:p>
    <w:p>
      <w:pPr>
        <w:spacing w:after="60"/>
        <w:jc w:val="left"/>
      </w:pPr>
    </w:p>
    <w:p>
      <w:pPr>
        <w:spacing w:after="60"/>
        <w:jc w:val="left"/>
      </w:pPr>
      <w:r>
        <w:t>In den Waadtländer Alpen lebt die Stufenwirtschaft: Ein Betrieb nutzt eine Kette von Hütten auf verschiedenen Höhen und zieht im Lauf des Sommers mit der Herde weiter. Als das Käsen im 19. Jahrhundert von der Alp ins Tal wanderte, schlossen sich die Alpbetriebe 1932 zur Genossenschaft zusammen und lösten sich 1945 aus dem Schweizer Käsehandelsverband. Das offene Holzfeuer blieb erhalten.</w:t>
      </w:r>
    </w:p>
    <w:p>
      <w:pPr>
        <w:spacing w:after="60"/>
        <w:jc w:val="left"/>
      </w:pPr>
    </w:p>
    <w:p>
      <w:pPr>
        <w:spacing w:after="60"/>
        <w:jc w:val="left"/>
      </w:pPr>
      <w:r>
        <w:t>Was davon im Käse ankommt</w:t>
      </w:r>
    </w:p>
    <w:p>
      <w:pPr>
        <w:spacing w:after="60"/>
        <w:jc w:val="left"/>
      </w:pPr>
    </w:p>
    <w:p>
      <w:pPr>
        <w:spacing w:after="60"/>
        <w:jc w:val="left"/>
      </w:pPr>
      <w:r>
        <w:t>Rohmilch ist dabei der stille Mitspieler. Weil sie vor dem Verkäsen nicht erhitzt wird, bringt sie eine vielfältige Mikroflora mit, die von Tierhaltung, Fütterung, Umgebung und Verarbeitung beeinflusst ist. Gemeinsam mit den Kulturen, dem Verfahren und der Reifung trägt sie zum Charakter bei. Was sie nicht tut: eine Region eindeutig abbilden.</w:t>
      </w:r>
    </w:p>
    <w:p>
      <w:pPr>
        <w:spacing w:after="60"/>
        <w:jc w:val="left"/>
      </w:pPr>
    </w:p>
    <w:p>
      <w:pPr>
        <w:spacing w:after="60"/>
        <w:jc w:val="left"/>
      </w:pPr>
      <w:r>
        <w:t>Die Antwort steht auf Ihrem Käsebrett</w:t>
      </w:r>
    </w:p>
    <w:p>
      <w:pPr>
        <w:spacing w:after="60"/>
        <w:jc w:val="left"/>
      </w:pPr>
    </w:p>
    <w:p>
      <w:pPr>
        <w:spacing w:after="60"/>
        <w:jc w:val="left"/>
      </w:pPr>
      <w:r>
        <w:t>Kann man eine Region schmecken? Ja – im Zusammenspiel von Landschaft, Milch, Ort, Handwerk und Reifung. Wer den Unterschied zwischen Dorfsennerei und Alpfeuer, geschmierter Rinde und Rotweinhefe-Kruste einmal probiert hat, liest Etiketten mit anderen Augen.</w:t>
      </w:r>
    </w:p>
    <w:p>
      <w:pPr>
        <w:pStyle w:val="Heading1"/>
      </w:pPr>
      <w:r>
        <w:t>Regionen-Porträts</w:t>
      </w:r>
    </w:p>
    <w:p>
      <w:pPr>
        <w:spacing w:after="60"/>
        <w:jc w:val="left"/>
      </w:pPr>
      <w:r>
        <w:rPr>
          <w:b/>
          <w:color w:val="424F5C"/>
        </w:rPr>
        <w:t>ALLGÄU – DIE REGION, DIE SICH NEU ERFAND</w:t>
      </w:r>
    </w:p>
    <w:p>
      <w:pPr>
        <w:spacing w:after="60"/>
        <w:jc w:val="left"/>
      </w:pPr>
      <w:r>
        <w:t>(Dorf-Sennerei Hopfen · Baldauf)</w:t>
      </w:r>
    </w:p>
    <w:p>
      <w:pPr>
        <w:spacing w:after="60"/>
        <w:jc w:val="left"/>
      </w:pPr>
    </w:p>
    <w:p>
      <w:pPr>
        <w:spacing w:after="60"/>
        <w:jc w:val="left"/>
      </w:pPr>
      <w:r>
        <w:t>Das Allgäu richtete seine Käsekultur im 19. Jahrhundert grundlegend neu aus – innerhalb weniger Jahrzehnte. Zwischen 1769 und 1806 legte die „Vereinödung" die zersplitterten Felder zu großen Höfen zusammen und schuf die Voraussetzung für Grünlandwirtschaft. Dann kam das Wissen von außen: ab 1821 Sennen aus dem Emmental, ab 1828 die Weichkäserei aus den Niederlanden, ab 1851 die Eisenbahn. Schon 1852 galt die Region als „die Käseküche Deutschlands".</w:t>
      </w:r>
    </w:p>
    <w:p>
      <w:pPr>
        <w:spacing w:after="60"/>
        <w:jc w:val="left"/>
      </w:pPr>
    </w:p>
    <w:p>
      <w:pPr>
        <w:spacing w:after="60"/>
        <w:jc w:val="left"/>
      </w:pPr>
      <w:r>
        <w:t>Heute werden im Allgäu rund 690 Alpen bewirtschaftet – die höchste Alpdichte im gesamten Alpenbogen. Über 70 Prozent der Landwirtschaftsfläche sind Weiden; anderswo in Bayern sind es oft unter 10 Prozent. Unser Alpkäse entsteht in der genossenschaftlichen Dorf-Sennerei Hopfen bei Stiefenhofen, einem ziegelroten Haus mitten im Ort, in dem seit über 100 Jahren gekäst wird: rund 10.000 Liter silagefreie Rohmilch am Tag, im Kupferkessel, mit selbstgezogenen Milchsäurekulturen. Die Genossenschaft liefert ihre Milch seit 1903 ununterbrochen an dasselbe Haus, die Gebrüder Baldauf.</w:t>
      </w:r>
    </w:p>
    <w:p>
      <w:pPr>
        <w:spacing w:after="60"/>
        <w:jc w:val="left"/>
      </w:pPr>
    </w:p>
    <w:p>
      <w:pPr>
        <w:spacing w:after="60"/>
        <w:jc w:val="left"/>
      </w:pPr>
      <w:r>
        <w:rPr>
          <w:b/>
          <w:color w:val="424F5C"/>
        </w:rPr>
        <w:t>SAVOYEN – DIE FRUITIÈRE AM KATZENZAHN</w:t>
      </w:r>
    </w:p>
    <w:p>
      <w:pPr>
        <w:spacing w:after="60"/>
        <w:jc w:val="left"/>
      </w:pPr>
      <w:r>
        <w:t>(Coopérative Laitière de Yenne)</w:t>
      </w:r>
    </w:p>
    <w:p>
      <w:pPr>
        <w:spacing w:after="60"/>
        <w:jc w:val="left"/>
      </w:pPr>
    </w:p>
    <w:p>
      <w:pPr>
        <w:spacing w:after="60"/>
        <w:jc w:val="left"/>
      </w:pPr>
      <w:r>
        <w:t>Savoyen kennt die Genossenschaft unter einem eigenen Namen: „fruitière", vom gemeinsamen Ertrag, dem fruit. Die Idee stammt aus dem Jura, wo sie bis ins 13. Jahrhundert zurückreicht, und kam um 1800 nach Savoyen. Der Grund ist derselbe wie überall: Ein einzelner Hof hat nie genug Milch für einen großen Laib – und der große Laib ist der Wintervorrat.</w:t>
      </w:r>
    </w:p>
    <w:p>
      <w:pPr>
        <w:spacing w:after="60"/>
        <w:jc w:val="left"/>
      </w:pPr>
    </w:p>
    <w:p>
      <w:pPr>
        <w:spacing w:after="60"/>
        <w:jc w:val="left"/>
      </w:pPr>
      <w:r>
        <w:t>Das Avant-Pays rund um Yenne ist Voralpenland: Hügel zwischen Lac d'Aiguebelette und Lac du Bourget, Weinberge, die Rhône, darüber der 1.390 Meter hohe Felszahn der Dent du Chat. Gekäst wird ganzjährig im Tal. In der Region halten 140 Milchviehbetriebe rund 5.000 Kühe. Seit 1962 bündeln die Höfe rund um Yenne ihre Milch in der Coopérative Laitière de Yenne – heute 48 Betriebe mit rund 100 Landwirtinnen und Landwirten. Die Rohmilch wird täglich geholt und am selben Tag verkäst; dick gelegt wird mit der „recuite", einer hausgemachten Labzubereitung. Die Laibe reifen bei rund neun Grad und werden zweimal pro Woche gesalzen, gerieben und gewendet. Fast 9.000 Meules lagern dort zeitgleich. Das Avant-Pays liegt außerhalb aller Savoyer AOP-Gebiete. Die Meule trägt daher keinen geschützten Namen und wird von der Arbeit der Kooperative geprägt.</w:t>
      </w:r>
    </w:p>
    <w:p>
      <w:pPr>
        <w:spacing w:after="60"/>
        <w:jc w:val="left"/>
      </w:pPr>
    </w:p>
    <w:p>
      <w:pPr>
        <w:spacing w:after="60"/>
        <w:jc w:val="left"/>
      </w:pPr>
      <w:r>
        <w:rPr>
          <w:b/>
          <w:color w:val="424F5C"/>
        </w:rPr>
        <w:t>TIROL – WO DIE FÜTTERUNG ZUM GESETZ WURDE</w:t>
      </w:r>
    </w:p>
    <w:p>
      <w:pPr>
        <w:spacing w:after="60"/>
        <w:jc w:val="left"/>
      </w:pPr>
      <w:r>
        <w:t>(Sennerei Danzl, Schwendt)</w:t>
      </w:r>
    </w:p>
    <w:p>
      <w:pPr>
        <w:spacing w:after="60"/>
        <w:jc w:val="left"/>
      </w:pPr>
    </w:p>
    <w:p>
      <w:pPr>
        <w:spacing w:after="60"/>
        <w:jc w:val="left"/>
      </w:pPr>
      <w:r>
        <w:t>In Tirol ist aus der Fütterungstradition geltendes Recht geworden. Heumilch ist seit 2016 EU-weit als „garantiert traditionelle Spezialität" geschützt, mit einem prüfbaren Regelwerk: mindestens 75 Prozent Raufutter in der Jahresration, kein Gärfutter auf dem gesamten Betrieb, keine Futtermittel von außerhalb Europas. 2023 erkannte die Welternährungsorganisation FAO die Heumilchwirtschaft im österreichischen Alpenbogen als landwirtschaftliches Kulturerbe von globaler Bedeutung an.</w:t>
      </w:r>
    </w:p>
    <w:p>
      <w:pPr>
        <w:spacing w:after="60"/>
        <w:jc w:val="left"/>
      </w:pPr>
    </w:p>
    <w:p>
      <w:pPr>
        <w:spacing w:after="60"/>
        <w:jc w:val="left"/>
      </w:pPr>
      <w:r>
        <w:t>Die Sennerei Danzl steht mitten in Schwendt, einem Bergdorf im Kaiserwinkl unterhalb des Wilden Kaisers – das Kaisergebirge nebenan ist seit 1963 Naturschutzgebiet. Rund 20 Bio-Bauern, fast alle aus dem Dorf selbst, liefern täglich ihre Milch; Käsermeister Sebastian Danzl führt den Betrieb seit 1995 und verarbeitet mit acht Mitarbeitenden etwa 2,5 Millionen Liter im Jahr. Gereift, verpackt und vermarktet wird alles im Haus. Bei der Käsiade 2025 gab es sechsmal Gold.</w:t>
      </w:r>
    </w:p>
    <w:p>
      <w:pPr>
        <w:spacing w:after="60"/>
        <w:jc w:val="left"/>
      </w:pPr>
    </w:p>
    <w:p>
      <w:pPr>
        <w:spacing w:after="60"/>
        <w:jc w:val="left"/>
      </w:pPr>
      <w:r>
        <w:rPr>
          <w:b/>
          <w:color w:val="424F5C"/>
        </w:rPr>
        <w:t>WAADTLÄNDER ALPEN – KÄSEN IM RHYTHMUS DES ALPSOMMERS</w:t>
      </w:r>
    </w:p>
    <w:p>
      <w:pPr>
        <w:spacing w:after="60"/>
        <w:jc w:val="left"/>
      </w:pPr>
      <w:r>
        <w:t>(Coopérative de L'Etivaz)</w:t>
      </w:r>
    </w:p>
    <w:p>
      <w:pPr>
        <w:spacing w:after="60"/>
        <w:jc w:val="left"/>
      </w:pPr>
    </w:p>
    <w:p>
      <w:pPr>
        <w:spacing w:after="60"/>
        <w:jc w:val="left"/>
      </w:pPr>
      <w:r>
        <w:t>Das Pays-d'Enhaut lebt die Stufenwirtschaft: Ein Betrieb nutzt eine Kette von Hütten auf verschiedenen Höhen. Im Mai und Juni die mittleren Weiden, im Hochsommer die Alpen bis 2.000 Meter, im Herbst denselben Weg zurück. Der Wechsel heißt „remuage", die Hirten heißen „armaillis". Die UNESCO nahm die Schweizer Alpsaison im Dezember 2023 in die Repräsentative Liste des immateriellen Kulturerbes auf.</w:t>
      </w:r>
    </w:p>
    <w:p>
      <w:pPr>
        <w:spacing w:after="60"/>
        <w:jc w:val="left"/>
      </w:pPr>
    </w:p>
    <w:p>
      <w:pPr>
        <w:spacing w:after="60"/>
        <w:jc w:val="left"/>
      </w:pPr>
      <w:r>
        <w:t>Die Geschichte des L'Etivaz war bis ins 20. Jahrhundert die des Gruyère. Als das Käsen von der Alp ins Tal wanderte, schlossen sich 1932 die Alpbetriebe zur Genossenschaft zusammen; 1945 lösten sie sich aus dem Schweizer Käsehandelsverband und vermarkteten fortan selbst. Geblieben ist das offene Holzfeuer unter dem Kupferkessel. Rund 130 Alpbetriebe mit über 3.000 Kühen käsen die Milch dort, wo sie gemolken wird – transportiert wird sie nicht. Jeder Laib trägt eine Kaseinmarke mit den Initialen seines Produzenten. Gereift wird gemeinsam im Dorf, auf Fichtenbrettern, mindestens 135 Tage. 1999 entschied das Schweizer Bundesamt für Landwirtschaft: L'Etivaz wird der erste geschützte Schweizer Ursprung außerhalb des Weins.</w:t>
      </w:r>
    </w:p>
    <w:p>
      <w:pPr>
        <w:pStyle w:val="Heading1"/>
      </w:pPr>
      <w:r>
        <w:t>Rechtsangaben (Pflichttexte)</w:t>
      </w:r>
    </w:p>
    <w:p>
      <w:pPr>
        <w:spacing w:after="60"/>
        <w:jc w:val="left"/>
      </w:pPr>
      <w:r>
        <w:t>RECHTLICHE PRODUKTANGABEN (alle vier Artikel)</w:t>
      </w:r>
    </w:p>
    <w:p>
      <w:pPr>
        <w:spacing w:after="60"/>
        <w:jc w:val="left"/>
      </w:pPr>
    </w:p>
    <w:p>
      <w:pPr>
        <w:spacing w:after="60"/>
        <w:jc w:val="left"/>
      </w:pPr>
      <w:r>
        <w:t>Gemeinsam für alle vier:</w:t>
      </w:r>
    </w:p>
    <w:p>
      <w:pPr>
        <w:spacing w:after="60"/>
        <w:jc w:val="left"/>
      </w:pPr>
      <w:r>
        <w:t>Allergen: Milch · Traditionell mit Kälberlab hergestellt (nicht vegetarisch) · Aus Rohmilch hergestellt · Gekühlt lagern bei max. +7 °C · Lose Ware (keine Endkunden-EAN) · EU-Bio-Logo</w:t>
      </w:r>
    </w:p>
    <w:p>
      <w:pPr>
        <w:spacing w:after="60"/>
        <w:jc w:val="left"/>
      </w:pPr>
      <w:r>
        <w:t>Inverkehrbringer (Großhandel): Gerald Bartke GmbH, Hengdorfer Straße 12, D-91189 Rohr-Regelsbach</w:t>
      </w:r>
    </w:p>
    <w:p>
      <w:pPr>
        <w:spacing w:after="60"/>
        <w:jc w:val="left"/>
      </w:pPr>
      <w:r>
        <w:t>(Bei selbst portionierter Ware ergänzt die Abokiste ihre eigene Anschrift als verpackendes Unternehmen sowie Gewicht, Preis, Grundpreis, Verbrauchsdatum und Loskennzeichnung.)</w:t>
      </w:r>
    </w:p>
    <w:p>
      <w:pPr>
        <w:spacing w:after="60"/>
        <w:jc w:val="left"/>
      </w:pPr>
    </w:p>
    <w:p>
      <w:pPr>
        <w:spacing w:after="60"/>
        <w:jc w:val="left"/>
      </w:pPr>
      <w:r>
        <w:rPr>
          <w:b/>
          <w:color w:val="424F5C"/>
        </w:rPr>
        <w:t>ART. 20523 · ALLGÄUER ALPKÄSE (ALLGÄU, DEUTSCHLAND)</w:t>
      </w:r>
    </w:p>
    <w:p>
      <w:pPr>
        <w:spacing w:after="60"/>
        <w:jc w:val="left"/>
      </w:pPr>
      <w:r>
        <w:t>Bezeichnung: Bio Allgäuer Alpkäse – Hartkäse aus Rohmilch, 50 % Fett i. Tr.</w:t>
      </w:r>
    </w:p>
    <w:p>
      <w:pPr>
        <w:spacing w:after="60"/>
        <w:jc w:val="left"/>
      </w:pPr>
      <w:r>
        <w:t>Zutaten: MILCH*, Salz, Kulturen, Lab. *aus ökologischem Landbau</w:t>
      </w:r>
    </w:p>
    <w:p>
      <w:pPr>
        <w:spacing w:after="60"/>
        <w:jc w:val="left"/>
      </w:pPr>
      <w:r>
        <w:t>Besonderheiten: Heumilch g.t.S. · von Natur aus laktosefrei · Naturrinde aus Rotschmiere-Reifung, ohne Beschichtung</w:t>
      </w:r>
    </w:p>
    <w:p>
      <w:pPr>
        <w:spacing w:after="60"/>
        <w:jc w:val="left"/>
      </w:pPr>
      <w:r>
        <w:t>Öko-Kontrollstelle: DE-ÖKO-006</w:t>
      </w:r>
    </w:p>
    <w:p>
      <w:pPr>
        <w:spacing w:after="60"/>
        <w:jc w:val="left"/>
      </w:pPr>
      <w:r>
        <w:t>Nährwerte je 100 g: Energie 1700 kJ / 406 kcal · Fett 34 g, davon gesättigte Fettsäuren 23 g · Kohlenhydrate &lt;0,1 g, davon Zucker &lt;0,1 g · Eiweiß 26 g · Salz 1,5 g</w:t>
      </w:r>
    </w:p>
    <w:p>
      <w:pPr>
        <w:spacing w:after="60"/>
        <w:jc w:val="left"/>
      </w:pPr>
    </w:p>
    <w:p>
      <w:pPr>
        <w:spacing w:after="60"/>
        <w:jc w:val="left"/>
      </w:pPr>
      <w:r>
        <w:rPr>
          <w:b/>
          <w:color w:val="424F5C"/>
        </w:rPr>
        <w:t>ART. 10164 · MEULE DE SAVOIE (SAVOYEN, FRANKREICH)</w:t>
      </w:r>
    </w:p>
    <w:p>
      <w:pPr>
        <w:spacing w:after="60"/>
        <w:jc w:val="left"/>
      </w:pPr>
      <w:r>
        <w:t>Bezeichnung: Meule de Savoie – französischer Hartkäse aus Rohmilch, 50 % Fett i. Tr.</w:t>
      </w:r>
    </w:p>
    <w:p>
      <w:pPr>
        <w:spacing w:after="60"/>
        <w:jc w:val="left"/>
      </w:pPr>
      <w:r>
        <w:t>Zutaten: KuhMILCH*, Salz, Lab, Kulturen. *aus ökologischem Landbau</w:t>
      </w:r>
    </w:p>
    <w:p>
      <w:pPr>
        <w:spacing w:after="60"/>
        <w:jc w:val="left"/>
      </w:pPr>
      <w:r>
        <w:t>Besonderheiten: Naturrinde, ohne Beschichtung</w:t>
      </w:r>
    </w:p>
    <w:p>
      <w:pPr>
        <w:spacing w:after="60"/>
        <w:jc w:val="left"/>
      </w:pPr>
      <w:r>
        <w:t>Öko-Kontrollstelle: FR-BIO-01</w:t>
      </w:r>
    </w:p>
    <w:p>
      <w:pPr>
        <w:spacing w:after="60"/>
        <w:jc w:val="left"/>
      </w:pPr>
      <w:r>
        <w:t>Nährwerte je 100 g: Energie 1706 kJ / 408 kcal · Fett 33,5 g, davon gesättigte Fettsäuren 20,5 g · Kohlenhydrate 1,3 g, davon Zucker &lt;0,2 g · Eiweiß 26,1 g · Salz 0,68 g</w:t>
      </w:r>
    </w:p>
    <w:p>
      <w:pPr>
        <w:spacing w:after="60"/>
        <w:jc w:val="left"/>
      </w:pPr>
    </w:p>
    <w:p>
      <w:pPr>
        <w:spacing w:after="60"/>
        <w:jc w:val="left"/>
      </w:pPr>
      <w:r>
        <w:rPr>
          <w:b/>
          <w:color w:val="424F5C"/>
        </w:rPr>
        <w:t>ART. 50066 · SCHWARZBERGER (TIROL, ÖSTERREICH)</w:t>
      </w:r>
    </w:p>
    <w:p>
      <w:pPr>
        <w:spacing w:after="60"/>
        <w:jc w:val="left"/>
      </w:pPr>
      <w:r>
        <w:t>Bezeichnung: Schwarzberger – österreichischer Hartkäse aus Rohmilch, 50 % Fett i. Tr.</w:t>
      </w:r>
    </w:p>
    <w:p>
      <w:pPr>
        <w:spacing w:after="60"/>
        <w:jc w:val="left"/>
      </w:pPr>
      <w:r>
        <w:t>Zutaten: KuhMILCH* (RohMILCH), Salz, Lab, Kulturen, Rotweinhefe*. *aus ökologischem Landbau</w:t>
      </w:r>
    </w:p>
    <w:p>
      <w:pPr>
        <w:spacing w:after="60"/>
        <w:jc w:val="left"/>
      </w:pPr>
      <w:r>
        <w:t>Besonderheiten: Heufütterung, silagefrei · von Natur aus laktosefrei · Naturrinde mit Rotweinhefe gepflegt, ohne Beschichtung</w:t>
      </w:r>
    </w:p>
    <w:p>
      <w:pPr>
        <w:spacing w:after="60"/>
        <w:jc w:val="left"/>
      </w:pPr>
      <w:r>
        <w:t>Öko-Kontrollstelle: AT-BIO-301</w:t>
      </w:r>
    </w:p>
    <w:p>
      <w:pPr>
        <w:spacing w:after="60"/>
        <w:jc w:val="left"/>
      </w:pPr>
      <w:r>
        <w:t>Nährwerte je 100 g: Energie 1700 kJ / 406 kcal · Fett 34 g, davon gesättigte Fettsäuren 23 g · Kohlenhydrate 0 g, davon Zucker 0 g · Eiweiß 27 g · Salz 1,5 g</w:t>
      </w:r>
    </w:p>
    <w:p>
      <w:pPr>
        <w:spacing w:after="60"/>
        <w:jc w:val="left"/>
      </w:pPr>
    </w:p>
    <w:p>
      <w:pPr>
        <w:spacing w:after="60"/>
        <w:jc w:val="left"/>
      </w:pPr>
      <w:r>
        <w:rPr>
          <w:b/>
          <w:color w:val="424F5C"/>
        </w:rPr>
        <w:t>ART. 70055 · L'ETIVAZ AOP (WAADTLÄNDER ALPEN, SCHWEIZ)</w:t>
      </w:r>
    </w:p>
    <w:p>
      <w:pPr>
        <w:spacing w:after="60"/>
        <w:jc w:val="left"/>
      </w:pPr>
      <w:r>
        <w:t>Bezeichnung: L'Etivaz AOP – Schweizer Hartkäse aus Rohmilch, 45 % Fett i. Tr.</w:t>
      </w:r>
    </w:p>
    <w:p>
      <w:pPr>
        <w:spacing w:after="60"/>
        <w:jc w:val="left"/>
      </w:pPr>
      <w:r>
        <w:t>Zutaten: KuhMILCH*, Salz, Lab, Kulturen. *aus ökologischem Landbau</w:t>
      </w:r>
    </w:p>
    <w:p>
      <w:pPr>
        <w:spacing w:after="60"/>
        <w:jc w:val="left"/>
      </w:pPr>
      <w:r>
        <w:t>Besonderheiten: Heufütterung, silagefrei · von Natur aus laktosefrei · Naturrinde, ohne Beschichtung</w:t>
      </w:r>
    </w:p>
    <w:p>
      <w:pPr>
        <w:spacing w:after="60"/>
        <w:jc w:val="left"/>
      </w:pPr>
      <w:r>
        <w:t>Öko-Kontrollstelle: CH-BIO-006</w:t>
      </w:r>
    </w:p>
    <w:p>
      <w:pPr>
        <w:spacing w:after="60"/>
        <w:jc w:val="left"/>
      </w:pPr>
      <w:r>
        <w:t>Nährwerte je 100 g: Energie 1680 kJ / 402 kcal · Fett 32 g, davon gesättigte Fettsäuren 19,4 g · Kohlenhydrate &lt;0,1 g, davon Zucker &lt;0,1 g · Eiweiß 25 g · Salz 1,5 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